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9990" w14:textId="77777777" w:rsidR="003F4D52" w:rsidRDefault="004533E6">
      <w:pPr>
        <w:jc w:val="center"/>
        <w:rPr>
          <w:lang w:eastAsia="zh-TW"/>
        </w:rPr>
      </w:pPr>
      <w:r>
        <w:rPr>
          <w:b/>
          <w:sz w:val="32"/>
          <w:lang w:eastAsia="zh-TW"/>
        </w:rPr>
        <w:t>「大學之道」講座活動簡要企劃表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88"/>
        <w:gridCol w:w="1701"/>
        <w:gridCol w:w="3288"/>
      </w:tblGrid>
      <w:tr w:rsidR="003F4D52" w:rsidRPr="00E243AD" w14:paraId="02009FC6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6EF32C8A" w14:textId="3E7510FB" w:rsidR="003F4D52" w:rsidRPr="00E243AD" w:rsidRDefault="004533E6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一、活動基本資料</w:t>
            </w:r>
            <w:proofErr w:type="spellEnd"/>
          </w:p>
        </w:tc>
      </w:tr>
      <w:tr w:rsidR="003F4D52" w:rsidRPr="00E243AD" w14:paraId="2B2DE9C0" w14:textId="77777777" w:rsidTr="004533E6">
        <w:trPr>
          <w:trHeight w:val="851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CFE294C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活動名稱</w:t>
            </w:r>
          </w:p>
        </w:tc>
        <w:tc>
          <w:tcPr>
            <w:tcW w:w="3288" w:type="dxa"/>
            <w:vAlign w:val="center"/>
          </w:tcPr>
          <w:p w14:paraId="6D83358E" w14:textId="77EF4D3D" w:rsidR="003F4D52" w:rsidRPr="00E243AD" w:rsidRDefault="003F4D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5DAA7D8C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申請單位</w:t>
            </w:r>
          </w:p>
        </w:tc>
        <w:tc>
          <w:tcPr>
            <w:tcW w:w="3288" w:type="dxa"/>
            <w:vAlign w:val="center"/>
          </w:tcPr>
          <w:p w14:paraId="709F5287" w14:textId="7C823EDD" w:rsidR="003F4D52" w:rsidRPr="00E243AD" w:rsidRDefault="003F4D52">
            <w:pPr>
              <w:rPr>
                <w:sz w:val="24"/>
                <w:szCs w:val="24"/>
              </w:rPr>
            </w:pPr>
          </w:p>
        </w:tc>
      </w:tr>
      <w:tr w:rsidR="003F4D52" w:rsidRPr="00E243AD" w14:paraId="680929AA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1B6D2306" w14:textId="698891F2" w:rsidR="003F4D52" w:rsidRPr="00E243AD" w:rsidRDefault="004533E6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活動日期</w:t>
            </w:r>
            <w:proofErr w:type="spellEnd"/>
            <w:r w:rsidRPr="00E243AD">
              <w:rPr>
                <w:b/>
                <w:sz w:val="24"/>
                <w:szCs w:val="24"/>
              </w:rPr>
              <w:t>／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r w:rsidRPr="00E243AD">
              <w:rPr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3288" w:type="dxa"/>
            <w:vAlign w:val="center"/>
          </w:tcPr>
          <w:p w14:paraId="44E56077" w14:textId="327308AF" w:rsidR="003F4D52" w:rsidRPr="00E243AD" w:rsidRDefault="003F4D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EB2936B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活動地點</w:t>
            </w:r>
          </w:p>
        </w:tc>
        <w:tc>
          <w:tcPr>
            <w:tcW w:w="3288" w:type="dxa"/>
            <w:vAlign w:val="center"/>
          </w:tcPr>
          <w:p w14:paraId="13CE2FB7" w14:textId="2BB29C9F" w:rsidR="003F4D52" w:rsidRPr="00E243AD" w:rsidRDefault="003F4D52">
            <w:pPr>
              <w:rPr>
                <w:sz w:val="24"/>
                <w:szCs w:val="24"/>
              </w:rPr>
            </w:pPr>
          </w:p>
        </w:tc>
      </w:tr>
      <w:tr w:rsidR="00E243AD" w:rsidRPr="00E243AD" w14:paraId="3549A580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429042B6" w14:textId="05D43E5D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預計參與人數</w:t>
            </w:r>
            <w:proofErr w:type="spellEnd"/>
          </w:p>
        </w:tc>
        <w:tc>
          <w:tcPr>
            <w:tcW w:w="3288" w:type="dxa"/>
            <w:vAlign w:val="center"/>
          </w:tcPr>
          <w:p w14:paraId="335C25CC" w14:textId="3A692EE2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sz w:val="24"/>
                <w:szCs w:val="24"/>
              </w:rPr>
              <w:t>約 __________ 人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122C93D" w14:textId="04C8A399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b/>
                <w:sz w:val="24"/>
                <w:szCs w:val="24"/>
                <w:lang w:eastAsia="zh-TW"/>
              </w:rPr>
              <w:t>聯絡人／電話／Email</w:t>
            </w:r>
          </w:p>
        </w:tc>
        <w:tc>
          <w:tcPr>
            <w:tcW w:w="3288" w:type="dxa"/>
            <w:vAlign w:val="center"/>
          </w:tcPr>
          <w:p w14:paraId="5E8F29F6" w14:textId="7E2F4ECF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</w:tr>
      <w:tr w:rsidR="00E243AD" w:rsidRPr="00E243AD" w14:paraId="39BE188A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5F938765" w14:textId="47641F93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二、講者資訊</w:t>
            </w:r>
            <w:proofErr w:type="spellEnd"/>
          </w:p>
        </w:tc>
      </w:tr>
      <w:tr w:rsidR="00E243AD" w:rsidRPr="00E243AD" w14:paraId="38EE21D3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4CC040B8" w14:textId="3753E32E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講者姓名</w:t>
            </w:r>
            <w:proofErr w:type="spellEnd"/>
            <w:r w:rsidRPr="00E243AD">
              <w:rPr>
                <w:b/>
                <w:sz w:val="24"/>
                <w:szCs w:val="24"/>
              </w:rPr>
              <w:t>／</w:t>
            </w:r>
            <w:r w:rsidR="004533E6">
              <w:rPr>
                <w:b/>
                <w:sz w:val="24"/>
                <w:szCs w:val="24"/>
              </w:rPr>
              <w:br/>
            </w:r>
            <w:proofErr w:type="spellStart"/>
            <w:r w:rsidRPr="00E243AD">
              <w:rPr>
                <w:b/>
                <w:sz w:val="24"/>
                <w:szCs w:val="24"/>
              </w:rPr>
              <w:t>職稱</w:t>
            </w:r>
            <w:proofErr w:type="spellEnd"/>
          </w:p>
        </w:tc>
        <w:tc>
          <w:tcPr>
            <w:tcW w:w="3288" w:type="dxa"/>
            <w:vAlign w:val="center"/>
          </w:tcPr>
          <w:p w14:paraId="067FC3D7" w14:textId="0220EE3B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E88BF48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服務單位</w:t>
            </w:r>
          </w:p>
        </w:tc>
        <w:tc>
          <w:tcPr>
            <w:tcW w:w="3288" w:type="dxa"/>
            <w:vAlign w:val="center"/>
          </w:tcPr>
          <w:p w14:paraId="0F1F257F" w14:textId="445FF9F1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</w:tr>
      <w:tr w:rsidR="00E243AD" w:rsidRPr="00E243AD" w14:paraId="70CEEBD2" w14:textId="77777777" w:rsidTr="00E243AD">
        <w:trPr>
          <w:trHeight w:val="1247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22946755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簡要經歷</w:t>
            </w:r>
          </w:p>
        </w:tc>
        <w:tc>
          <w:tcPr>
            <w:tcW w:w="8277" w:type="dxa"/>
            <w:gridSpan w:val="3"/>
            <w:vAlign w:val="center"/>
          </w:tcPr>
          <w:p w14:paraId="324CECE4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i/>
                <w:sz w:val="24"/>
                <w:szCs w:val="24"/>
                <w:lang w:eastAsia="zh-TW"/>
              </w:rPr>
              <w:t>（請簡述學經歷、現職、專業領域、重要事蹟或代表性成果等）</w:t>
            </w:r>
          </w:p>
          <w:p w14:paraId="6006EA7F" w14:textId="045F05D9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4C700509" w14:textId="007E14BF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7FEE9B21" w14:textId="7FC24695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5B1AC8C6" w14:textId="77777777" w:rsidR="00E243AD" w:rsidRPr="00E243AD" w:rsidRDefault="00E243AD" w:rsidP="00E243AD">
            <w:pPr>
              <w:rPr>
                <w:rFonts w:hint="eastAsia"/>
                <w:sz w:val="24"/>
                <w:szCs w:val="24"/>
                <w:lang w:eastAsia="zh-TW"/>
              </w:rPr>
            </w:pPr>
          </w:p>
          <w:p w14:paraId="4E60C0BD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  <w:tr w:rsidR="00E243AD" w:rsidRPr="00E243AD" w14:paraId="794EDD8C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7D09BAC4" w14:textId="377DCA9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b/>
                <w:sz w:val="24"/>
                <w:szCs w:val="24"/>
                <w:lang w:eastAsia="zh-TW"/>
              </w:rPr>
              <w:t>三、活動主題與內容說明</w:t>
            </w:r>
          </w:p>
        </w:tc>
      </w:tr>
      <w:tr w:rsidR="00E243AD" w:rsidRPr="00E243AD" w14:paraId="2C5DFE02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1964DCD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活動主題</w:t>
            </w:r>
            <w:proofErr w:type="spellEnd"/>
          </w:p>
        </w:tc>
        <w:tc>
          <w:tcPr>
            <w:tcW w:w="8277" w:type="dxa"/>
            <w:gridSpan w:val="3"/>
            <w:vAlign w:val="center"/>
          </w:tcPr>
          <w:p w14:paraId="1780342A" w14:textId="1123E7FD" w:rsidR="00E243AD" w:rsidRPr="00E243AD" w:rsidRDefault="00E243AD" w:rsidP="004533E6">
            <w:pPr>
              <w:rPr>
                <w:sz w:val="24"/>
                <w:szCs w:val="24"/>
              </w:rPr>
            </w:pPr>
          </w:p>
        </w:tc>
      </w:tr>
      <w:tr w:rsidR="00E243AD" w:rsidRPr="00E243AD" w14:paraId="2BF80F13" w14:textId="77777777" w:rsidTr="00E243AD">
        <w:trPr>
          <w:trHeight w:val="1701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2CE668E5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活動主題說明</w:t>
            </w:r>
          </w:p>
        </w:tc>
        <w:tc>
          <w:tcPr>
            <w:tcW w:w="8277" w:type="dxa"/>
            <w:gridSpan w:val="3"/>
            <w:vAlign w:val="center"/>
          </w:tcPr>
          <w:p w14:paraId="6E9B9314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6166487F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  <w:tr w:rsidR="00E243AD" w:rsidRPr="00E243AD" w14:paraId="36668F17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192C14BB" w14:textId="1C7371C1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四、活動經費來源</w:t>
            </w:r>
            <w:proofErr w:type="spellEnd"/>
            <w:r>
              <w:rPr>
                <w:rFonts w:hint="eastAsia"/>
                <w:b/>
                <w:sz w:val="24"/>
                <w:szCs w:val="24"/>
                <w:lang w:eastAsia="zh-TW"/>
              </w:rPr>
              <w:t>：</w:t>
            </w:r>
          </w:p>
          <w:p w14:paraId="4B240B45" w14:textId="77777777" w:rsidR="00E243AD" w:rsidRPr="00E243AD" w:rsidRDefault="00E243AD" w:rsidP="00E243AD">
            <w:pPr>
              <w:rPr>
                <w:sz w:val="24"/>
                <w:szCs w:val="24"/>
              </w:rPr>
            </w:pPr>
          </w:p>
          <w:p w14:paraId="40D13EE4" w14:textId="77777777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</w:tr>
      <w:tr w:rsidR="00E243AD" w:rsidRPr="00E243AD" w14:paraId="18C79F5D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76735F2" w14:textId="2482D00B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預期效益</w:t>
            </w:r>
            <w:proofErr w:type="spellEnd"/>
          </w:p>
        </w:tc>
        <w:tc>
          <w:tcPr>
            <w:tcW w:w="8277" w:type="dxa"/>
            <w:gridSpan w:val="3"/>
            <w:vAlign w:val="center"/>
          </w:tcPr>
          <w:p w14:paraId="4973FE14" w14:textId="29879D98" w:rsidR="00E243AD" w:rsidRDefault="00E243AD" w:rsidP="00E243AD">
            <w:pPr>
              <w:rPr>
                <w:i/>
                <w:sz w:val="24"/>
                <w:szCs w:val="24"/>
                <w:lang w:eastAsia="zh-TW"/>
              </w:rPr>
            </w:pPr>
            <w:r w:rsidRPr="00E243AD">
              <w:rPr>
                <w:i/>
                <w:sz w:val="24"/>
                <w:szCs w:val="24"/>
                <w:lang w:eastAsia="zh-TW"/>
              </w:rPr>
              <w:t>請具體說明學生預計獲得之知識、能力、視野或啟發，以及對通識教育素養之助益。</w:t>
            </w:r>
          </w:p>
          <w:p w14:paraId="52B58B09" w14:textId="19A3C8AA" w:rsidR="004533E6" w:rsidRDefault="004533E6" w:rsidP="00E243AD">
            <w:pPr>
              <w:rPr>
                <w:i/>
                <w:sz w:val="24"/>
                <w:szCs w:val="24"/>
                <w:lang w:eastAsia="zh-TW"/>
              </w:rPr>
            </w:pPr>
          </w:p>
          <w:p w14:paraId="3B55E6EB" w14:textId="77777777" w:rsidR="004533E6" w:rsidRPr="00E243AD" w:rsidRDefault="004533E6" w:rsidP="00E243AD">
            <w:pPr>
              <w:rPr>
                <w:rFonts w:hint="eastAsia"/>
                <w:sz w:val="24"/>
                <w:szCs w:val="24"/>
                <w:lang w:eastAsia="zh-TW"/>
              </w:rPr>
            </w:pPr>
          </w:p>
          <w:p w14:paraId="01E71512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352CF534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</w:tbl>
    <w:p w14:paraId="4A160918" w14:textId="77777777" w:rsidR="003F4D52" w:rsidRDefault="004533E6">
      <w:pPr>
        <w:spacing w:before="120"/>
        <w:rPr>
          <w:lang w:eastAsia="zh-TW"/>
        </w:rPr>
      </w:pPr>
      <w:r>
        <w:rPr>
          <w:sz w:val="18"/>
          <w:lang w:eastAsia="zh-TW"/>
        </w:rPr>
        <w:t xml:space="preserve">※ </w:t>
      </w:r>
      <w:r>
        <w:rPr>
          <w:sz w:val="18"/>
          <w:lang w:eastAsia="zh-TW"/>
        </w:rPr>
        <w:t>本表請由活動主辦／申請單位填寫，並檢附相關活動資料，供「大學之道」認列審查參考。</w:t>
      </w:r>
    </w:p>
    <w:sectPr w:rsidR="003F4D52" w:rsidSect="00E243AD">
      <w:pgSz w:w="12240" w:h="15840"/>
      <w:pgMar w:top="737" w:right="1021" w:bottom="73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4D52"/>
    <w:rsid w:val="004533E6"/>
    <w:rsid w:val="00AA1D8D"/>
    <w:rsid w:val="00B47730"/>
    <w:rsid w:val="00CB0664"/>
    <w:rsid w:val="00E243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A09EA2"/>
  <w14:defaultImageDpi w14:val="300"/>
  <w15:docId w15:val="{7F3848CC-5EFE-4D6D-B472-EDC40B7D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148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慧君 陳</cp:lastModifiedBy>
  <cp:revision>3</cp:revision>
  <dcterms:created xsi:type="dcterms:W3CDTF">2026-08-10T06:21:00Z</dcterms:created>
  <dcterms:modified xsi:type="dcterms:W3CDTF">2026-08-10T06:24:00Z</dcterms:modified>
  <cp:category/>
</cp:coreProperties>
</file>