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A9990" w14:textId="1C7C8E93" w:rsidR="003F4D52" w:rsidRDefault="004533E6" w:rsidP="00DD292E">
      <w:pPr>
        <w:spacing w:after="0" w:line="440" w:lineRule="exact"/>
        <w:jc w:val="center"/>
        <w:rPr>
          <w:b/>
          <w:sz w:val="32"/>
          <w:lang w:eastAsia="zh-TW"/>
        </w:rPr>
      </w:pPr>
      <w:r>
        <w:rPr>
          <w:b/>
          <w:sz w:val="32"/>
          <w:lang w:eastAsia="zh-TW"/>
        </w:rPr>
        <w:t>「大學之道」講座活動簡要企劃表</w:t>
      </w:r>
    </w:p>
    <w:p w14:paraId="717664F5" w14:textId="4E052836" w:rsidR="00DD292E" w:rsidRPr="00DD292E" w:rsidRDefault="00DD292E" w:rsidP="00DD292E">
      <w:pPr>
        <w:spacing w:after="0" w:line="440" w:lineRule="exact"/>
        <w:jc w:val="center"/>
        <w:rPr>
          <w:rFonts w:hint="eastAsia"/>
          <w:b/>
          <w:sz w:val="32"/>
          <w:lang w:eastAsia="zh-TW"/>
        </w:rPr>
      </w:pPr>
      <w:r w:rsidRPr="00DE5353">
        <w:rPr>
          <w:b/>
          <w:sz w:val="32"/>
          <w:lang w:eastAsia="zh-TW"/>
        </w:rPr>
        <w:t>“</w:t>
      </w:r>
      <w:bookmarkStart w:id="0" w:name="_Hlk237611091"/>
      <w:r w:rsidRPr="00DE5353">
        <w:rPr>
          <w:b/>
          <w:sz w:val="32"/>
          <w:lang w:eastAsia="zh-TW"/>
        </w:rPr>
        <w:t>The Way of Great Learning</w:t>
      </w:r>
      <w:bookmarkEnd w:id="0"/>
      <w:r w:rsidRPr="00DE5353">
        <w:rPr>
          <w:b/>
          <w:sz w:val="32"/>
          <w:lang w:eastAsia="zh-TW"/>
        </w:rPr>
        <w:t>” Lecture – Brief Proposal Form</w:t>
      </w:r>
    </w:p>
    <w:tbl>
      <w:tblPr>
        <w:tblStyle w:val="aff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3288"/>
        <w:gridCol w:w="1701"/>
        <w:gridCol w:w="3288"/>
      </w:tblGrid>
      <w:tr w:rsidR="003F4D52" w:rsidRPr="00E243AD" w14:paraId="02009FC6" w14:textId="77777777" w:rsidTr="00E243AD">
        <w:trPr>
          <w:jc w:val="center"/>
        </w:trPr>
        <w:tc>
          <w:tcPr>
            <w:tcW w:w="9978" w:type="dxa"/>
            <w:gridSpan w:val="4"/>
            <w:shd w:val="clear" w:color="auto" w:fill="F4B183"/>
            <w:vAlign w:val="center"/>
          </w:tcPr>
          <w:p w14:paraId="6EF32C8A" w14:textId="44A1439C" w:rsidR="003F4D52" w:rsidRPr="00E243AD" w:rsidRDefault="004533E6">
            <w:pPr>
              <w:rPr>
                <w:rFonts w:hint="eastAsia"/>
                <w:sz w:val="24"/>
                <w:szCs w:val="24"/>
                <w:lang w:eastAsia="zh-TW"/>
              </w:rPr>
            </w:pPr>
            <w:proofErr w:type="spellStart"/>
            <w:r w:rsidRPr="00E243AD">
              <w:rPr>
                <w:b/>
                <w:sz w:val="24"/>
                <w:szCs w:val="24"/>
              </w:rPr>
              <w:t>一、活動基本資料</w:t>
            </w:r>
            <w:r w:rsidR="00DD292E" w:rsidRPr="00DE5353">
              <w:rPr>
                <w:b/>
                <w:sz w:val="28"/>
                <w:szCs w:val="36"/>
              </w:rPr>
              <w:t>Basic</w:t>
            </w:r>
            <w:proofErr w:type="spellEnd"/>
            <w:r w:rsidR="00DD292E" w:rsidRPr="00DE5353">
              <w:rPr>
                <w:b/>
                <w:sz w:val="28"/>
                <w:szCs w:val="36"/>
              </w:rPr>
              <w:t xml:space="preserve"> Activity Information</w:t>
            </w:r>
          </w:p>
        </w:tc>
      </w:tr>
      <w:tr w:rsidR="003F4D52" w:rsidRPr="00E243AD" w14:paraId="2B2DE9C0" w14:textId="77777777" w:rsidTr="004533E6">
        <w:trPr>
          <w:trHeight w:val="851"/>
          <w:jc w:val="center"/>
        </w:trPr>
        <w:tc>
          <w:tcPr>
            <w:tcW w:w="1701" w:type="dxa"/>
            <w:shd w:val="clear" w:color="auto" w:fill="F2F2F2"/>
            <w:vAlign w:val="center"/>
          </w:tcPr>
          <w:p w14:paraId="6CFE294C" w14:textId="77777777" w:rsidR="003F4D52" w:rsidRPr="00E243AD" w:rsidRDefault="004533E6">
            <w:pPr>
              <w:rPr>
                <w:sz w:val="24"/>
                <w:szCs w:val="24"/>
              </w:rPr>
            </w:pPr>
            <w:r w:rsidRPr="00E243AD">
              <w:rPr>
                <w:b/>
                <w:sz w:val="24"/>
                <w:szCs w:val="24"/>
              </w:rPr>
              <w:t>活動名稱</w:t>
            </w:r>
          </w:p>
        </w:tc>
        <w:tc>
          <w:tcPr>
            <w:tcW w:w="3288" w:type="dxa"/>
            <w:vAlign w:val="center"/>
          </w:tcPr>
          <w:p w14:paraId="6D83358E" w14:textId="77EF4D3D" w:rsidR="003F4D52" w:rsidRPr="00E243AD" w:rsidRDefault="003F4D5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2F2F2"/>
            <w:vAlign w:val="center"/>
          </w:tcPr>
          <w:p w14:paraId="5DAA7D8C" w14:textId="77777777" w:rsidR="003F4D52" w:rsidRPr="00E243AD" w:rsidRDefault="004533E6">
            <w:pPr>
              <w:rPr>
                <w:sz w:val="24"/>
                <w:szCs w:val="24"/>
              </w:rPr>
            </w:pPr>
            <w:r w:rsidRPr="00E243AD">
              <w:rPr>
                <w:b/>
                <w:sz w:val="24"/>
                <w:szCs w:val="24"/>
              </w:rPr>
              <w:t>申請單位</w:t>
            </w:r>
          </w:p>
        </w:tc>
        <w:tc>
          <w:tcPr>
            <w:tcW w:w="3288" w:type="dxa"/>
            <w:vAlign w:val="center"/>
          </w:tcPr>
          <w:p w14:paraId="709F5287" w14:textId="7C823EDD" w:rsidR="003F4D52" w:rsidRPr="00E243AD" w:rsidRDefault="003F4D52">
            <w:pPr>
              <w:rPr>
                <w:sz w:val="24"/>
                <w:szCs w:val="24"/>
              </w:rPr>
            </w:pPr>
          </w:p>
        </w:tc>
      </w:tr>
      <w:tr w:rsidR="003F4D52" w:rsidRPr="00E243AD" w14:paraId="680929AA" w14:textId="77777777" w:rsidTr="00E243AD">
        <w:trPr>
          <w:jc w:val="center"/>
        </w:trPr>
        <w:tc>
          <w:tcPr>
            <w:tcW w:w="1701" w:type="dxa"/>
            <w:shd w:val="clear" w:color="auto" w:fill="F2F2F2"/>
            <w:vAlign w:val="center"/>
          </w:tcPr>
          <w:p w14:paraId="1B6D2306" w14:textId="698891F2" w:rsidR="003F4D52" w:rsidRPr="00E243AD" w:rsidRDefault="004533E6">
            <w:pPr>
              <w:rPr>
                <w:sz w:val="24"/>
                <w:szCs w:val="24"/>
              </w:rPr>
            </w:pPr>
            <w:proofErr w:type="spellStart"/>
            <w:r w:rsidRPr="00E243AD">
              <w:rPr>
                <w:b/>
                <w:sz w:val="24"/>
                <w:szCs w:val="24"/>
              </w:rPr>
              <w:t>活動日期</w:t>
            </w:r>
            <w:proofErr w:type="spellEnd"/>
            <w:r w:rsidRPr="00E243AD">
              <w:rPr>
                <w:b/>
                <w:sz w:val="24"/>
                <w:szCs w:val="24"/>
              </w:rPr>
              <w:t>／</w:t>
            </w:r>
            <w:r>
              <w:rPr>
                <w:b/>
                <w:sz w:val="24"/>
                <w:szCs w:val="24"/>
              </w:rPr>
              <w:br/>
            </w:r>
            <w:proofErr w:type="spellStart"/>
            <w:r w:rsidRPr="00E243AD">
              <w:rPr>
                <w:b/>
                <w:sz w:val="24"/>
                <w:szCs w:val="24"/>
              </w:rPr>
              <w:t>時間</w:t>
            </w:r>
            <w:proofErr w:type="spellEnd"/>
          </w:p>
        </w:tc>
        <w:tc>
          <w:tcPr>
            <w:tcW w:w="3288" w:type="dxa"/>
            <w:vAlign w:val="center"/>
          </w:tcPr>
          <w:p w14:paraId="44E56077" w14:textId="327308AF" w:rsidR="003F4D52" w:rsidRPr="00E243AD" w:rsidRDefault="003F4D5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2F2F2"/>
            <w:vAlign w:val="center"/>
          </w:tcPr>
          <w:p w14:paraId="2EB2936B" w14:textId="77777777" w:rsidR="003F4D52" w:rsidRPr="00E243AD" w:rsidRDefault="004533E6">
            <w:pPr>
              <w:rPr>
                <w:sz w:val="24"/>
                <w:szCs w:val="24"/>
              </w:rPr>
            </w:pPr>
            <w:r w:rsidRPr="00E243AD">
              <w:rPr>
                <w:b/>
                <w:sz w:val="24"/>
                <w:szCs w:val="24"/>
              </w:rPr>
              <w:t>活動地點</w:t>
            </w:r>
          </w:p>
        </w:tc>
        <w:tc>
          <w:tcPr>
            <w:tcW w:w="3288" w:type="dxa"/>
            <w:vAlign w:val="center"/>
          </w:tcPr>
          <w:p w14:paraId="13CE2FB7" w14:textId="2BB29C9F" w:rsidR="003F4D52" w:rsidRPr="00E243AD" w:rsidRDefault="003F4D52">
            <w:pPr>
              <w:rPr>
                <w:sz w:val="24"/>
                <w:szCs w:val="24"/>
              </w:rPr>
            </w:pPr>
          </w:p>
        </w:tc>
      </w:tr>
      <w:tr w:rsidR="00E243AD" w:rsidRPr="00E243AD" w14:paraId="3549A580" w14:textId="77777777" w:rsidTr="00E243AD">
        <w:trPr>
          <w:jc w:val="center"/>
        </w:trPr>
        <w:tc>
          <w:tcPr>
            <w:tcW w:w="1701" w:type="dxa"/>
            <w:shd w:val="clear" w:color="auto" w:fill="F2F2F2"/>
            <w:vAlign w:val="center"/>
          </w:tcPr>
          <w:p w14:paraId="429042B6" w14:textId="05D43E5D" w:rsidR="00E243AD" w:rsidRPr="00E243AD" w:rsidRDefault="00E243AD" w:rsidP="00E243AD">
            <w:pPr>
              <w:rPr>
                <w:sz w:val="24"/>
                <w:szCs w:val="24"/>
              </w:rPr>
            </w:pPr>
            <w:proofErr w:type="spellStart"/>
            <w:r w:rsidRPr="00E243AD">
              <w:rPr>
                <w:b/>
                <w:sz w:val="24"/>
                <w:szCs w:val="24"/>
              </w:rPr>
              <w:t>預計參與人數</w:t>
            </w:r>
            <w:proofErr w:type="spellEnd"/>
          </w:p>
        </w:tc>
        <w:tc>
          <w:tcPr>
            <w:tcW w:w="3288" w:type="dxa"/>
            <w:vAlign w:val="center"/>
          </w:tcPr>
          <w:p w14:paraId="335C25CC" w14:textId="3A692EE2" w:rsidR="00E243AD" w:rsidRPr="00E243AD" w:rsidRDefault="00E243AD" w:rsidP="00E243AD">
            <w:pPr>
              <w:rPr>
                <w:sz w:val="24"/>
                <w:szCs w:val="24"/>
                <w:lang w:eastAsia="zh-TW"/>
              </w:rPr>
            </w:pPr>
            <w:r w:rsidRPr="00E243AD">
              <w:rPr>
                <w:sz w:val="24"/>
                <w:szCs w:val="24"/>
              </w:rPr>
              <w:t>約 __________ 人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7122C93D" w14:textId="04C8A399" w:rsidR="00E243AD" w:rsidRPr="00E243AD" w:rsidRDefault="00E243AD" w:rsidP="00E243AD">
            <w:pPr>
              <w:rPr>
                <w:sz w:val="24"/>
                <w:szCs w:val="24"/>
                <w:lang w:eastAsia="zh-TW"/>
              </w:rPr>
            </w:pPr>
            <w:r w:rsidRPr="00E243AD">
              <w:rPr>
                <w:b/>
                <w:sz w:val="24"/>
                <w:szCs w:val="24"/>
                <w:lang w:eastAsia="zh-TW"/>
              </w:rPr>
              <w:t>聯絡人／電話／Email</w:t>
            </w:r>
          </w:p>
        </w:tc>
        <w:tc>
          <w:tcPr>
            <w:tcW w:w="3288" w:type="dxa"/>
            <w:vAlign w:val="center"/>
          </w:tcPr>
          <w:p w14:paraId="5E8F29F6" w14:textId="7E2F4ECF" w:rsidR="00E243AD" w:rsidRPr="00E243AD" w:rsidRDefault="00E243AD" w:rsidP="00E243AD">
            <w:pPr>
              <w:rPr>
                <w:sz w:val="24"/>
                <w:szCs w:val="24"/>
                <w:lang w:eastAsia="zh-TW"/>
              </w:rPr>
            </w:pPr>
          </w:p>
        </w:tc>
      </w:tr>
      <w:tr w:rsidR="00E243AD" w:rsidRPr="00E243AD" w14:paraId="39BE188A" w14:textId="77777777" w:rsidTr="00E243AD">
        <w:trPr>
          <w:jc w:val="center"/>
        </w:trPr>
        <w:tc>
          <w:tcPr>
            <w:tcW w:w="9978" w:type="dxa"/>
            <w:gridSpan w:val="4"/>
            <w:shd w:val="clear" w:color="auto" w:fill="F4B183"/>
            <w:vAlign w:val="center"/>
          </w:tcPr>
          <w:p w14:paraId="5F938765" w14:textId="2D633BAE" w:rsidR="00E243AD" w:rsidRPr="00E243AD" w:rsidRDefault="00E243AD" w:rsidP="00E243AD">
            <w:pPr>
              <w:rPr>
                <w:rFonts w:hint="eastAsia"/>
                <w:sz w:val="24"/>
                <w:szCs w:val="24"/>
                <w:lang w:eastAsia="zh-TW"/>
              </w:rPr>
            </w:pPr>
            <w:proofErr w:type="spellStart"/>
            <w:r w:rsidRPr="00E243AD">
              <w:rPr>
                <w:b/>
                <w:sz w:val="24"/>
                <w:szCs w:val="24"/>
              </w:rPr>
              <w:t>二、</w:t>
            </w:r>
            <w:proofErr w:type="gramStart"/>
            <w:r w:rsidRPr="00E243AD">
              <w:rPr>
                <w:b/>
                <w:sz w:val="24"/>
                <w:szCs w:val="24"/>
              </w:rPr>
              <w:t>講者資訊</w:t>
            </w:r>
            <w:proofErr w:type="spellEnd"/>
            <w:r w:rsidR="00DD292E">
              <w:rPr>
                <w:rFonts w:hint="eastAsia"/>
                <w:b/>
                <w:sz w:val="24"/>
                <w:szCs w:val="24"/>
                <w:lang w:eastAsia="zh-TW"/>
              </w:rPr>
              <w:t xml:space="preserve"> </w:t>
            </w:r>
            <w:r w:rsidR="00DD292E">
              <w:rPr>
                <w:b/>
                <w:sz w:val="24"/>
                <w:szCs w:val="24"/>
                <w:lang w:eastAsia="zh-TW"/>
              </w:rPr>
              <w:t xml:space="preserve"> </w:t>
            </w:r>
            <w:r w:rsidR="00DD292E" w:rsidRPr="00DE5353">
              <w:rPr>
                <w:b/>
                <w:sz w:val="28"/>
                <w:szCs w:val="28"/>
              </w:rPr>
              <w:t>Speaker</w:t>
            </w:r>
            <w:proofErr w:type="gramEnd"/>
            <w:r w:rsidR="00DD292E" w:rsidRPr="00DE5353">
              <w:rPr>
                <w:b/>
                <w:sz w:val="28"/>
                <w:szCs w:val="28"/>
              </w:rPr>
              <w:t xml:space="preserve"> Information</w:t>
            </w:r>
          </w:p>
        </w:tc>
      </w:tr>
      <w:tr w:rsidR="00E243AD" w:rsidRPr="00E243AD" w14:paraId="38EE21D3" w14:textId="77777777" w:rsidTr="00E243AD">
        <w:trPr>
          <w:jc w:val="center"/>
        </w:trPr>
        <w:tc>
          <w:tcPr>
            <w:tcW w:w="1701" w:type="dxa"/>
            <w:shd w:val="clear" w:color="auto" w:fill="F2F2F2"/>
            <w:vAlign w:val="center"/>
          </w:tcPr>
          <w:p w14:paraId="4CC040B8" w14:textId="3753E32E" w:rsidR="00E243AD" w:rsidRPr="00E243AD" w:rsidRDefault="00E243AD" w:rsidP="00E243AD">
            <w:pPr>
              <w:rPr>
                <w:sz w:val="24"/>
                <w:szCs w:val="24"/>
              </w:rPr>
            </w:pPr>
            <w:proofErr w:type="spellStart"/>
            <w:r w:rsidRPr="00E243AD">
              <w:rPr>
                <w:b/>
                <w:sz w:val="24"/>
                <w:szCs w:val="24"/>
              </w:rPr>
              <w:t>講者姓名</w:t>
            </w:r>
            <w:proofErr w:type="spellEnd"/>
            <w:r w:rsidRPr="00E243AD">
              <w:rPr>
                <w:b/>
                <w:sz w:val="24"/>
                <w:szCs w:val="24"/>
              </w:rPr>
              <w:t>／</w:t>
            </w:r>
            <w:r w:rsidR="004533E6">
              <w:rPr>
                <w:b/>
                <w:sz w:val="24"/>
                <w:szCs w:val="24"/>
              </w:rPr>
              <w:br/>
            </w:r>
            <w:proofErr w:type="spellStart"/>
            <w:r w:rsidRPr="00E243AD">
              <w:rPr>
                <w:b/>
                <w:sz w:val="24"/>
                <w:szCs w:val="24"/>
              </w:rPr>
              <w:t>職稱</w:t>
            </w:r>
            <w:proofErr w:type="spellEnd"/>
          </w:p>
        </w:tc>
        <w:tc>
          <w:tcPr>
            <w:tcW w:w="3288" w:type="dxa"/>
            <w:vAlign w:val="center"/>
          </w:tcPr>
          <w:p w14:paraId="067FC3D7" w14:textId="0220EE3B" w:rsidR="00E243AD" w:rsidRPr="00E243AD" w:rsidRDefault="00E243AD" w:rsidP="00E243A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2F2F2"/>
            <w:vAlign w:val="center"/>
          </w:tcPr>
          <w:p w14:paraId="6E88BF48" w14:textId="77777777" w:rsidR="00E243AD" w:rsidRPr="00E243AD" w:rsidRDefault="00E243AD" w:rsidP="00E243AD">
            <w:pPr>
              <w:rPr>
                <w:sz w:val="24"/>
                <w:szCs w:val="24"/>
              </w:rPr>
            </w:pPr>
            <w:r w:rsidRPr="00E243AD">
              <w:rPr>
                <w:b/>
                <w:sz w:val="24"/>
                <w:szCs w:val="24"/>
              </w:rPr>
              <w:t>服務單位</w:t>
            </w:r>
          </w:p>
        </w:tc>
        <w:tc>
          <w:tcPr>
            <w:tcW w:w="3288" w:type="dxa"/>
            <w:vAlign w:val="center"/>
          </w:tcPr>
          <w:p w14:paraId="0F1F257F" w14:textId="445FF9F1" w:rsidR="00E243AD" w:rsidRPr="00E243AD" w:rsidRDefault="00E243AD" w:rsidP="00E243AD">
            <w:pPr>
              <w:rPr>
                <w:sz w:val="24"/>
                <w:szCs w:val="24"/>
              </w:rPr>
            </w:pPr>
          </w:p>
        </w:tc>
      </w:tr>
      <w:tr w:rsidR="00E243AD" w:rsidRPr="00E243AD" w14:paraId="70CEEBD2" w14:textId="77777777" w:rsidTr="00DD292E">
        <w:trPr>
          <w:trHeight w:val="2170"/>
          <w:jc w:val="center"/>
        </w:trPr>
        <w:tc>
          <w:tcPr>
            <w:tcW w:w="1701" w:type="dxa"/>
            <w:shd w:val="clear" w:color="auto" w:fill="F2F2F2"/>
            <w:vAlign w:val="center"/>
          </w:tcPr>
          <w:p w14:paraId="22946755" w14:textId="77777777" w:rsidR="00E243AD" w:rsidRPr="00E243AD" w:rsidRDefault="00E243AD" w:rsidP="00E243AD">
            <w:pPr>
              <w:rPr>
                <w:sz w:val="24"/>
                <w:szCs w:val="24"/>
              </w:rPr>
            </w:pPr>
            <w:proofErr w:type="spellStart"/>
            <w:r w:rsidRPr="00E243AD">
              <w:rPr>
                <w:b/>
                <w:sz w:val="24"/>
                <w:szCs w:val="24"/>
              </w:rPr>
              <w:t>簡要經歷</w:t>
            </w:r>
            <w:proofErr w:type="spellEnd"/>
          </w:p>
        </w:tc>
        <w:tc>
          <w:tcPr>
            <w:tcW w:w="8277" w:type="dxa"/>
            <w:gridSpan w:val="3"/>
            <w:vAlign w:val="center"/>
          </w:tcPr>
          <w:p w14:paraId="6006EA7F" w14:textId="6B0AEBE1" w:rsidR="00E243AD" w:rsidRDefault="00E243AD" w:rsidP="00E243AD">
            <w:pPr>
              <w:rPr>
                <w:sz w:val="24"/>
                <w:szCs w:val="24"/>
                <w:lang w:eastAsia="zh-TW"/>
              </w:rPr>
            </w:pPr>
            <w:r w:rsidRPr="00E243AD">
              <w:rPr>
                <w:i/>
                <w:sz w:val="24"/>
                <w:szCs w:val="24"/>
                <w:lang w:eastAsia="zh-TW"/>
              </w:rPr>
              <w:t>（請簡述學經歷、現職、專業領域、重要事蹟或代表性成果等）</w:t>
            </w:r>
          </w:p>
          <w:p w14:paraId="4C700509" w14:textId="007E14BF" w:rsidR="00E243AD" w:rsidRDefault="00E243AD" w:rsidP="00E243AD">
            <w:pPr>
              <w:rPr>
                <w:sz w:val="24"/>
                <w:szCs w:val="24"/>
                <w:lang w:eastAsia="zh-TW"/>
              </w:rPr>
            </w:pPr>
          </w:p>
          <w:p w14:paraId="7FEE9B21" w14:textId="7FC24695" w:rsidR="00E243AD" w:rsidRDefault="00E243AD" w:rsidP="00E243AD">
            <w:pPr>
              <w:rPr>
                <w:sz w:val="24"/>
                <w:szCs w:val="24"/>
                <w:lang w:eastAsia="zh-TW"/>
              </w:rPr>
            </w:pPr>
          </w:p>
          <w:p w14:paraId="5B1AC8C6" w14:textId="77777777" w:rsidR="00E243AD" w:rsidRPr="00E243AD" w:rsidRDefault="00E243AD" w:rsidP="00E243AD">
            <w:pPr>
              <w:rPr>
                <w:sz w:val="24"/>
                <w:szCs w:val="24"/>
                <w:lang w:eastAsia="zh-TW"/>
              </w:rPr>
            </w:pPr>
          </w:p>
          <w:p w14:paraId="4E60C0BD" w14:textId="77777777" w:rsidR="00E243AD" w:rsidRPr="00E243AD" w:rsidRDefault="00E243AD" w:rsidP="00E243AD">
            <w:pPr>
              <w:rPr>
                <w:sz w:val="24"/>
                <w:szCs w:val="24"/>
                <w:lang w:eastAsia="zh-TW"/>
              </w:rPr>
            </w:pPr>
          </w:p>
        </w:tc>
      </w:tr>
      <w:tr w:rsidR="00E243AD" w:rsidRPr="00E243AD" w14:paraId="794EDD8C" w14:textId="77777777" w:rsidTr="00E243AD">
        <w:trPr>
          <w:jc w:val="center"/>
        </w:trPr>
        <w:tc>
          <w:tcPr>
            <w:tcW w:w="9978" w:type="dxa"/>
            <w:gridSpan w:val="4"/>
            <w:shd w:val="clear" w:color="auto" w:fill="F4B183"/>
            <w:vAlign w:val="center"/>
          </w:tcPr>
          <w:p w14:paraId="7D09BAC4" w14:textId="37130353" w:rsidR="00E243AD" w:rsidRPr="00E243AD" w:rsidRDefault="00E243AD" w:rsidP="00E243AD">
            <w:pPr>
              <w:rPr>
                <w:sz w:val="24"/>
                <w:szCs w:val="24"/>
                <w:lang w:eastAsia="zh-TW"/>
              </w:rPr>
            </w:pPr>
            <w:r w:rsidRPr="00E243AD">
              <w:rPr>
                <w:b/>
                <w:sz w:val="24"/>
                <w:szCs w:val="24"/>
                <w:lang w:eastAsia="zh-TW"/>
              </w:rPr>
              <w:t>三、活動主題與內容說明</w:t>
            </w:r>
            <w:r w:rsidR="00DD292E">
              <w:rPr>
                <w:rFonts w:hint="eastAsia"/>
                <w:b/>
                <w:sz w:val="24"/>
                <w:szCs w:val="24"/>
                <w:lang w:eastAsia="zh-TW"/>
              </w:rPr>
              <w:t xml:space="preserve"> </w:t>
            </w:r>
            <w:r w:rsidR="00DD292E">
              <w:rPr>
                <w:b/>
                <w:sz w:val="24"/>
                <w:szCs w:val="24"/>
                <w:lang w:eastAsia="zh-TW"/>
              </w:rPr>
              <w:t xml:space="preserve"> </w:t>
            </w:r>
            <w:r w:rsidR="00DD292E" w:rsidRPr="00DE5353">
              <w:rPr>
                <w:b/>
                <w:sz w:val="28"/>
                <w:szCs w:val="28"/>
                <w:lang w:eastAsia="zh-TW"/>
              </w:rPr>
              <w:t>Activity Topic and Content</w:t>
            </w:r>
          </w:p>
        </w:tc>
      </w:tr>
      <w:tr w:rsidR="00E243AD" w:rsidRPr="00E243AD" w14:paraId="2C5DFE02" w14:textId="77777777" w:rsidTr="00E243AD">
        <w:trPr>
          <w:jc w:val="center"/>
        </w:trPr>
        <w:tc>
          <w:tcPr>
            <w:tcW w:w="1701" w:type="dxa"/>
            <w:shd w:val="clear" w:color="auto" w:fill="F2F2F2"/>
            <w:vAlign w:val="center"/>
          </w:tcPr>
          <w:p w14:paraId="61964DCD" w14:textId="77777777" w:rsidR="00E243AD" w:rsidRPr="00E243AD" w:rsidRDefault="00E243AD" w:rsidP="00E243AD">
            <w:pPr>
              <w:rPr>
                <w:sz w:val="24"/>
                <w:szCs w:val="24"/>
              </w:rPr>
            </w:pPr>
            <w:proofErr w:type="spellStart"/>
            <w:r w:rsidRPr="00E243AD">
              <w:rPr>
                <w:b/>
                <w:sz w:val="24"/>
                <w:szCs w:val="24"/>
              </w:rPr>
              <w:t>活動主題</w:t>
            </w:r>
            <w:proofErr w:type="spellEnd"/>
          </w:p>
        </w:tc>
        <w:tc>
          <w:tcPr>
            <w:tcW w:w="8277" w:type="dxa"/>
            <w:gridSpan w:val="3"/>
            <w:vAlign w:val="center"/>
          </w:tcPr>
          <w:p w14:paraId="1780342A" w14:textId="1123E7FD" w:rsidR="00E243AD" w:rsidRPr="00E243AD" w:rsidRDefault="00E243AD" w:rsidP="004533E6">
            <w:pPr>
              <w:rPr>
                <w:sz w:val="24"/>
                <w:szCs w:val="24"/>
              </w:rPr>
            </w:pPr>
          </w:p>
        </w:tc>
      </w:tr>
      <w:tr w:rsidR="00E243AD" w:rsidRPr="00E243AD" w14:paraId="2BF80F13" w14:textId="77777777" w:rsidTr="00E243AD">
        <w:trPr>
          <w:trHeight w:val="1701"/>
          <w:jc w:val="center"/>
        </w:trPr>
        <w:tc>
          <w:tcPr>
            <w:tcW w:w="1701" w:type="dxa"/>
            <w:shd w:val="clear" w:color="auto" w:fill="F2F2F2"/>
            <w:vAlign w:val="center"/>
          </w:tcPr>
          <w:p w14:paraId="2CE668E5" w14:textId="77777777" w:rsidR="00E243AD" w:rsidRPr="00E243AD" w:rsidRDefault="00E243AD" w:rsidP="00E243AD">
            <w:pPr>
              <w:rPr>
                <w:sz w:val="24"/>
                <w:szCs w:val="24"/>
              </w:rPr>
            </w:pPr>
            <w:r w:rsidRPr="00E243AD">
              <w:rPr>
                <w:b/>
                <w:sz w:val="24"/>
                <w:szCs w:val="24"/>
              </w:rPr>
              <w:t>活動主題說明</w:t>
            </w:r>
          </w:p>
        </w:tc>
        <w:tc>
          <w:tcPr>
            <w:tcW w:w="8277" w:type="dxa"/>
            <w:gridSpan w:val="3"/>
            <w:vAlign w:val="center"/>
          </w:tcPr>
          <w:p w14:paraId="6E9B9314" w14:textId="77777777" w:rsidR="00E243AD" w:rsidRPr="00E243AD" w:rsidRDefault="00E243AD" w:rsidP="00E243AD">
            <w:pPr>
              <w:rPr>
                <w:sz w:val="24"/>
                <w:szCs w:val="24"/>
                <w:lang w:eastAsia="zh-TW"/>
              </w:rPr>
            </w:pPr>
          </w:p>
          <w:p w14:paraId="6166487F" w14:textId="77777777" w:rsidR="00E243AD" w:rsidRPr="00E243AD" w:rsidRDefault="00E243AD" w:rsidP="00E243AD">
            <w:pPr>
              <w:rPr>
                <w:sz w:val="24"/>
                <w:szCs w:val="24"/>
                <w:lang w:eastAsia="zh-TW"/>
              </w:rPr>
            </w:pPr>
          </w:p>
        </w:tc>
      </w:tr>
      <w:tr w:rsidR="00E243AD" w:rsidRPr="00E243AD" w14:paraId="36668F17" w14:textId="77777777" w:rsidTr="00E243AD">
        <w:trPr>
          <w:jc w:val="center"/>
        </w:trPr>
        <w:tc>
          <w:tcPr>
            <w:tcW w:w="9978" w:type="dxa"/>
            <w:gridSpan w:val="4"/>
            <w:shd w:val="clear" w:color="auto" w:fill="F4B183"/>
            <w:vAlign w:val="center"/>
          </w:tcPr>
          <w:p w14:paraId="192C14BB" w14:textId="636CCF23" w:rsidR="00E243AD" w:rsidRPr="00E243AD" w:rsidRDefault="00E243AD" w:rsidP="00E243AD">
            <w:pPr>
              <w:rPr>
                <w:sz w:val="24"/>
                <w:szCs w:val="24"/>
              </w:rPr>
            </w:pPr>
            <w:proofErr w:type="spellStart"/>
            <w:r w:rsidRPr="00E243AD">
              <w:rPr>
                <w:b/>
                <w:sz w:val="24"/>
                <w:szCs w:val="24"/>
              </w:rPr>
              <w:t>四、活動經費來源</w:t>
            </w:r>
            <w:r w:rsidR="00DD292E" w:rsidRPr="00DE5353">
              <w:rPr>
                <w:b/>
                <w:sz w:val="28"/>
                <w:szCs w:val="28"/>
              </w:rPr>
              <w:t>Source</w:t>
            </w:r>
            <w:proofErr w:type="spellEnd"/>
            <w:r w:rsidR="00DD292E" w:rsidRPr="00DE5353">
              <w:rPr>
                <w:b/>
                <w:sz w:val="28"/>
                <w:szCs w:val="28"/>
              </w:rPr>
              <w:t xml:space="preserve"> of Funding</w:t>
            </w:r>
            <w:r>
              <w:rPr>
                <w:rFonts w:hint="eastAsia"/>
                <w:b/>
                <w:sz w:val="24"/>
                <w:szCs w:val="24"/>
                <w:lang w:eastAsia="zh-TW"/>
              </w:rPr>
              <w:t>：</w:t>
            </w:r>
          </w:p>
          <w:p w14:paraId="4B240B45" w14:textId="77777777" w:rsidR="00E243AD" w:rsidRPr="00E243AD" w:rsidRDefault="00E243AD" w:rsidP="00E243AD">
            <w:pPr>
              <w:rPr>
                <w:sz w:val="24"/>
                <w:szCs w:val="24"/>
              </w:rPr>
            </w:pPr>
          </w:p>
          <w:p w14:paraId="40D13EE4" w14:textId="77777777" w:rsidR="00E243AD" w:rsidRPr="00E243AD" w:rsidRDefault="00E243AD" w:rsidP="00E243AD">
            <w:pPr>
              <w:rPr>
                <w:sz w:val="24"/>
                <w:szCs w:val="24"/>
              </w:rPr>
            </w:pPr>
          </w:p>
        </w:tc>
      </w:tr>
      <w:tr w:rsidR="00E243AD" w:rsidRPr="00E243AD" w14:paraId="18C79F5D" w14:textId="77777777" w:rsidTr="00E243AD">
        <w:trPr>
          <w:jc w:val="center"/>
        </w:trPr>
        <w:tc>
          <w:tcPr>
            <w:tcW w:w="1701" w:type="dxa"/>
            <w:shd w:val="clear" w:color="auto" w:fill="F2F2F2"/>
            <w:vAlign w:val="center"/>
          </w:tcPr>
          <w:p w14:paraId="676735F2" w14:textId="2482D00B" w:rsidR="00E243AD" w:rsidRPr="00E243AD" w:rsidRDefault="00E243AD" w:rsidP="00E243AD">
            <w:pPr>
              <w:rPr>
                <w:sz w:val="24"/>
                <w:szCs w:val="24"/>
              </w:rPr>
            </w:pPr>
            <w:proofErr w:type="spellStart"/>
            <w:r w:rsidRPr="00E243AD">
              <w:rPr>
                <w:b/>
                <w:sz w:val="24"/>
                <w:szCs w:val="24"/>
              </w:rPr>
              <w:t>預期效益</w:t>
            </w:r>
            <w:proofErr w:type="spellEnd"/>
          </w:p>
        </w:tc>
        <w:tc>
          <w:tcPr>
            <w:tcW w:w="8277" w:type="dxa"/>
            <w:gridSpan w:val="3"/>
            <w:vAlign w:val="center"/>
          </w:tcPr>
          <w:p w14:paraId="4973FE14" w14:textId="29879D98" w:rsidR="00E243AD" w:rsidRDefault="00E243AD" w:rsidP="00E243AD">
            <w:pPr>
              <w:rPr>
                <w:i/>
                <w:sz w:val="24"/>
                <w:szCs w:val="24"/>
                <w:lang w:eastAsia="zh-TW"/>
              </w:rPr>
            </w:pPr>
            <w:r w:rsidRPr="00E243AD">
              <w:rPr>
                <w:i/>
                <w:sz w:val="24"/>
                <w:szCs w:val="24"/>
                <w:lang w:eastAsia="zh-TW"/>
              </w:rPr>
              <w:t>請具體說明學生預計獲得之知識、能力、視野或啟發，以及對通識教育素養之助益。</w:t>
            </w:r>
          </w:p>
          <w:p w14:paraId="52B58B09" w14:textId="19A3C8AA" w:rsidR="004533E6" w:rsidRDefault="004533E6" w:rsidP="00E243AD">
            <w:pPr>
              <w:rPr>
                <w:i/>
                <w:sz w:val="24"/>
                <w:szCs w:val="24"/>
                <w:lang w:eastAsia="zh-TW"/>
              </w:rPr>
            </w:pPr>
          </w:p>
          <w:p w14:paraId="3B55E6EB" w14:textId="77777777" w:rsidR="004533E6" w:rsidRPr="00E243AD" w:rsidRDefault="004533E6" w:rsidP="00E243AD">
            <w:pPr>
              <w:rPr>
                <w:sz w:val="24"/>
                <w:szCs w:val="24"/>
                <w:lang w:eastAsia="zh-TW"/>
              </w:rPr>
            </w:pPr>
          </w:p>
          <w:p w14:paraId="01E71512" w14:textId="77777777" w:rsidR="00E243AD" w:rsidRPr="00E243AD" w:rsidRDefault="00E243AD" w:rsidP="00E243AD">
            <w:pPr>
              <w:rPr>
                <w:sz w:val="24"/>
                <w:szCs w:val="24"/>
                <w:lang w:eastAsia="zh-TW"/>
              </w:rPr>
            </w:pPr>
          </w:p>
          <w:p w14:paraId="352CF534" w14:textId="77777777" w:rsidR="00E243AD" w:rsidRPr="00E243AD" w:rsidRDefault="00E243AD" w:rsidP="00E243AD">
            <w:pPr>
              <w:rPr>
                <w:sz w:val="24"/>
                <w:szCs w:val="24"/>
                <w:lang w:eastAsia="zh-TW"/>
              </w:rPr>
            </w:pPr>
          </w:p>
        </w:tc>
      </w:tr>
    </w:tbl>
    <w:p w14:paraId="4A160918" w14:textId="77777777" w:rsidR="003F4D52" w:rsidRDefault="004533E6">
      <w:pPr>
        <w:spacing w:before="120"/>
        <w:rPr>
          <w:lang w:eastAsia="zh-TW"/>
        </w:rPr>
      </w:pPr>
      <w:r>
        <w:rPr>
          <w:sz w:val="18"/>
          <w:lang w:eastAsia="zh-TW"/>
        </w:rPr>
        <w:t xml:space="preserve">※ </w:t>
      </w:r>
      <w:proofErr w:type="gramStart"/>
      <w:r>
        <w:rPr>
          <w:sz w:val="18"/>
          <w:lang w:eastAsia="zh-TW"/>
        </w:rPr>
        <w:t>本表請由</w:t>
      </w:r>
      <w:proofErr w:type="gramEnd"/>
      <w:r>
        <w:rPr>
          <w:sz w:val="18"/>
          <w:lang w:eastAsia="zh-TW"/>
        </w:rPr>
        <w:t>活動主辦／申請單位填寫，並檢附相關活動資料，供「大學之道」認列審查參考。</w:t>
      </w:r>
    </w:p>
    <w:sectPr w:rsidR="003F4D52" w:rsidSect="00E243AD">
      <w:pgSz w:w="12240" w:h="15840"/>
      <w:pgMar w:top="737" w:right="1021" w:bottom="737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7663D" w14:textId="77777777" w:rsidR="00B70087" w:rsidRDefault="00B70087" w:rsidP="00DD292E">
      <w:pPr>
        <w:spacing w:after="0" w:line="240" w:lineRule="auto"/>
      </w:pPr>
      <w:r>
        <w:separator/>
      </w:r>
    </w:p>
  </w:endnote>
  <w:endnote w:type="continuationSeparator" w:id="0">
    <w:p w14:paraId="6205934A" w14:textId="77777777" w:rsidR="00B70087" w:rsidRDefault="00B70087" w:rsidP="00DD2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C31C6" w14:textId="77777777" w:rsidR="00B70087" w:rsidRDefault="00B70087" w:rsidP="00DD292E">
      <w:pPr>
        <w:spacing w:after="0" w:line="240" w:lineRule="auto"/>
      </w:pPr>
      <w:r>
        <w:separator/>
      </w:r>
    </w:p>
  </w:footnote>
  <w:footnote w:type="continuationSeparator" w:id="0">
    <w:p w14:paraId="1257D9C4" w14:textId="77777777" w:rsidR="00B70087" w:rsidRDefault="00B70087" w:rsidP="00DD29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F4D52"/>
    <w:rsid w:val="004533E6"/>
    <w:rsid w:val="00AA1D8D"/>
    <w:rsid w:val="00B47730"/>
    <w:rsid w:val="00B70087"/>
    <w:rsid w:val="00CB0664"/>
    <w:rsid w:val="00DD292E"/>
    <w:rsid w:val="00E243A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7A09EA2"/>
  <w14:defaultImageDpi w14:val="300"/>
  <w15:docId w15:val="{7F3848CC-5EFE-4D6D-B472-EDC40B7D8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微軟正黑體" w:eastAsia="微軟正黑體" w:hAnsi="微軟正黑體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慧君 陳</cp:lastModifiedBy>
  <cp:revision>2</cp:revision>
  <dcterms:created xsi:type="dcterms:W3CDTF">2026-08-17T03:06:00Z</dcterms:created>
  <dcterms:modified xsi:type="dcterms:W3CDTF">2026-08-17T03:06:00Z</dcterms:modified>
  <cp:category/>
</cp:coreProperties>
</file>